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4904" w14:textId="77777777" w:rsidR="002C68AE" w:rsidRPr="006651DE" w:rsidRDefault="001549D5">
      <w:pPr>
        <w:jc w:val="center"/>
        <w:rPr>
          <w:sz w:val="24"/>
          <w:szCs w:val="24"/>
          <w:lang w:val="nl-NL"/>
        </w:rPr>
      </w:pPr>
      <w:r w:rsidRPr="006651DE">
        <w:rPr>
          <w:b/>
          <w:sz w:val="24"/>
          <w:szCs w:val="24"/>
          <w:lang w:val="nl-NL"/>
        </w:rPr>
        <w:t>TOESTEMMINGSBRIEF OUDERS</w:t>
      </w:r>
    </w:p>
    <w:p w14:paraId="7CA60ACC" w14:textId="77777777" w:rsidR="002C68AE" w:rsidRPr="006651DE" w:rsidRDefault="002C68AE">
      <w:pPr>
        <w:rPr>
          <w:sz w:val="24"/>
          <w:szCs w:val="24"/>
          <w:lang w:val="nl-NL"/>
        </w:rPr>
      </w:pPr>
    </w:p>
    <w:p w14:paraId="08F92721" w14:textId="77777777" w:rsidR="002C68AE" w:rsidRPr="006651DE" w:rsidRDefault="002C68AE">
      <w:pPr>
        <w:rPr>
          <w:sz w:val="24"/>
          <w:szCs w:val="24"/>
          <w:lang w:val="nl-NL"/>
        </w:rPr>
      </w:pPr>
    </w:p>
    <w:p w14:paraId="595EC992" w14:textId="77777777" w:rsidR="002C68AE" w:rsidRPr="006651DE" w:rsidRDefault="001549D5">
      <w:pPr>
        <w:rPr>
          <w:sz w:val="24"/>
          <w:szCs w:val="24"/>
          <w:lang w:val="nl-NL"/>
        </w:rPr>
      </w:pPr>
      <w:r w:rsidRPr="006651DE">
        <w:rPr>
          <w:b/>
          <w:sz w:val="24"/>
          <w:szCs w:val="24"/>
          <w:lang w:val="nl-NL"/>
        </w:rPr>
        <w:t>Hierbij verklaart ondergetekende ouder/verzorger van het kind:</w:t>
      </w:r>
    </w:p>
    <w:p w14:paraId="2467C2CD" w14:textId="77777777" w:rsidR="002C68AE" w:rsidRPr="004E35E6" w:rsidRDefault="001549D5">
      <w:pPr>
        <w:rPr>
          <w:sz w:val="24"/>
          <w:szCs w:val="24"/>
          <w:lang w:val="nl-NL"/>
        </w:rPr>
      </w:pPr>
      <w:r w:rsidRPr="004E35E6">
        <w:rPr>
          <w:sz w:val="24"/>
          <w:szCs w:val="24"/>
          <w:lang w:val="nl-NL"/>
        </w:rPr>
        <w:t>Naam kind : _____________________________________________________________</w:t>
      </w:r>
    </w:p>
    <w:p w14:paraId="3BA9075E" w14:textId="77777777" w:rsidR="002C68AE" w:rsidRPr="004E35E6" w:rsidRDefault="001549D5">
      <w:pPr>
        <w:rPr>
          <w:sz w:val="24"/>
          <w:szCs w:val="24"/>
          <w:lang w:val="nl-NL"/>
        </w:rPr>
      </w:pPr>
      <w:r w:rsidRPr="004E35E6">
        <w:rPr>
          <w:sz w:val="24"/>
          <w:szCs w:val="24"/>
          <w:lang w:val="nl-NL"/>
        </w:rPr>
        <w:t>Geboortedatum kind : ____________________________________________________</w:t>
      </w:r>
    </w:p>
    <w:p w14:paraId="4D2EFAE7" w14:textId="77777777" w:rsidR="002C68AE" w:rsidRPr="004E35E6" w:rsidRDefault="002C68AE">
      <w:pPr>
        <w:rPr>
          <w:sz w:val="24"/>
          <w:szCs w:val="24"/>
          <w:lang w:val="nl-NL"/>
        </w:rPr>
      </w:pPr>
    </w:p>
    <w:p w14:paraId="1E5C4BC8" w14:textId="77777777" w:rsidR="002C68AE" w:rsidRPr="006651DE" w:rsidRDefault="001549D5">
      <w:pPr>
        <w:rPr>
          <w:sz w:val="24"/>
          <w:szCs w:val="24"/>
          <w:lang w:val="nl-NL"/>
        </w:rPr>
      </w:pPr>
      <w:r w:rsidRPr="006651DE">
        <w:rPr>
          <w:sz w:val="24"/>
          <w:szCs w:val="24"/>
          <w:lang w:val="nl-NL"/>
        </w:rPr>
        <w:t>Naam ouder/verzorger : ___________________________________________________</w:t>
      </w:r>
    </w:p>
    <w:p w14:paraId="41E9DB3E" w14:textId="77777777" w:rsidR="002C68AE" w:rsidRDefault="001549D5">
      <w:pPr>
        <w:rPr>
          <w:sz w:val="24"/>
          <w:szCs w:val="24"/>
          <w:lang w:val="nl-NL"/>
        </w:rPr>
      </w:pPr>
      <w:r w:rsidRPr="006651DE">
        <w:rPr>
          <w:sz w:val="24"/>
          <w:szCs w:val="24"/>
          <w:lang w:val="nl-NL"/>
        </w:rPr>
        <w:t>Telefoonnummer : _________________________________________________________</w:t>
      </w:r>
    </w:p>
    <w:p w14:paraId="6145E79A" w14:textId="1921FDF4" w:rsidR="004E35E6" w:rsidRPr="006651DE" w:rsidRDefault="004E35E6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Mailadres: ____________________________________________________________________</w:t>
      </w:r>
    </w:p>
    <w:p w14:paraId="438CB1DD" w14:textId="77777777" w:rsidR="002C68AE" w:rsidRPr="006651DE" w:rsidRDefault="002C68AE">
      <w:pPr>
        <w:rPr>
          <w:sz w:val="24"/>
          <w:szCs w:val="24"/>
          <w:lang w:val="nl-NL"/>
        </w:rPr>
      </w:pPr>
    </w:p>
    <w:p w14:paraId="07904B0C" w14:textId="77777777" w:rsidR="002C68AE" w:rsidRPr="006651DE" w:rsidRDefault="001549D5">
      <w:pPr>
        <w:rPr>
          <w:sz w:val="24"/>
          <w:szCs w:val="24"/>
          <w:lang w:val="nl-NL"/>
        </w:rPr>
      </w:pPr>
      <w:r w:rsidRPr="006651DE">
        <w:rPr>
          <w:b/>
          <w:sz w:val="24"/>
          <w:szCs w:val="24"/>
          <w:lang w:val="nl-NL"/>
        </w:rPr>
        <w:t>Verleent hierbij toestemming aan:</w:t>
      </w:r>
    </w:p>
    <w:p w14:paraId="40C4090A" w14:textId="6CE5557C" w:rsidR="002C68AE" w:rsidRPr="006651DE" w:rsidRDefault="00BE397E">
      <w:pPr>
        <w:rPr>
          <w:sz w:val="24"/>
          <w:szCs w:val="24"/>
          <w:lang w:val="nl-NL"/>
        </w:rPr>
      </w:pPr>
      <w:r w:rsidRPr="006651DE">
        <w:rPr>
          <w:sz w:val="24"/>
          <w:szCs w:val="24"/>
          <w:lang w:val="nl-NL"/>
        </w:rPr>
        <w:t>FC Winterswijk</w:t>
      </w:r>
      <w:r w:rsidR="006C7941" w:rsidRPr="006651DE">
        <w:rPr>
          <w:sz w:val="24"/>
          <w:szCs w:val="24"/>
          <w:lang w:val="nl-NL"/>
        </w:rPr>
        <w:t xml:space="preserve"> voor het </w:t>
      </w:r>
      <w:r w:rsidR="006651DE" w:rsidRPr="006651DE">
        <w:rPr>
          <w:sz w:val="24"/>
          <w:szCs w:val="24"/>
          <w:lang w:val="nl-NL"/>
        </w:rPr>
        <w:t xml:space="preserve">archiveren </w:t>
      </w:r>
      <w:r w:rsidR="006651DE">
        <w:rPr>
          <w:sz w:val="24"/>
          <w:szCs w:val="24"/>
          <w:lang w:val="nl-NL"/>
        </w:rPr>
        <w:t xml:space="preserve">van </w:t>
      </w:r>
      <w:r w:rsidR="00773673">
        <w:rPr>
          <w:sz w:val="24"/>
          <w:szCs w:val="24"/>
          <w:lang w:val="nl-NL"/>
        </w:rPr>
        <w:t>de b</w:t>
      </w:r>
      <w:r w:rsidR="00C80C24" w:rsidRPr="006651DE">
        <w:rPr>
          <w:sz w:val="24"/>
          <w:szCs w:val="24"/>
          <w:lang w:val="nl-NL"/>
        </w:rPr>
        <w:t>ruikleenovereenkomst te</w:t>
      </w:r>
      <w:r w:rsidR="00773673">
        <w:rPr>
          <w:sz w:val="24"/>
          <w:szCs w:val="24"/>
          <w:lang w:val="nl-NL"/>
        </w:rPr>
        <w:t>n behoeve van het wedstrijdtenue</w:t>
      </w:r>
      <w:r w:rsidR="00805858">
        <w:rPr>
          <w:sz w:val="24"/>
          <w:szCs w:val="24"/>
          <w:lang w:val="nl-NL"/>
        </w:rPr>
        <w:t xml:space="preserve"> + tas.</w:t>
      </w:r>
      <w:r w:rsidR="005747FF">
        <w:rPr>
          <w:sz w:val="24"/>
          <w:szCs w:val="24"/>
          <w:lang w:val="nl-NL"/>
        </w:rPr>
        <w:t xml:space="preserve"> </w:t>
      </w:r>
      <w:r w:rsidR="004E35E6">
        <w:rPr>
          <w:sz w:val="24"/>
          <w:szCs w:val="24"/>
          <w:lang w:val="nl-NL"/>
        </w:rPr>
        <w:t>(b</w:t>
      </w:r>
      <w:r w:rsidR="00276E4D">
        <w:rPr>
          <w:sz w:val="24"/>
          <w:szCs w:val="24"/>
          <w:lang w:val="nl-NL"/>
        </w:rPr>
        <w:t xml:space="preserve">eschadigde of verloren kleding </w:t>
      </w:r>
      <w:r w:rsidR="004E35E6">
        <w:rPr>
          <w:sz w:val="24"/>
          <w:szCs w:val="24"/>
          <w:lang w:val="nl-NL"/>
        </w:rPr>
        <w:t>/</w:t>
      </w:r>
      <w:r w:rsidR="00276E4D">
        <w:rPr>
          <w:sz w:val="24"/>
          <w:szCs w:val="24"/>
          <w:lang w:val="nl-NL"/>
        </w:rPr>
        <w:t xml:space="preserve"> tas</w:t>
      </w:r>
      <w:r w:rsidR="002C1A15">
        <w:rPr>
          <w:sz w:val="24"/>
          <w:szCs w:val="24"/>
          <w:lang w:val="nl-NL"/>
        </w:rPr>
        <w:t xml:space="preserve"> wordt</w:t>
      </w:r>
      <w:r w:rsidR="008A6FFB">
        <w:rPr>
          <w:sz w:val="24"/>
          <w:szCs w:val="24"/>
          <w:lang w:val="nl-NL"/>
        </w:rPr>
        <w:t xml:space="preserve"> bij onjuist gebruik</w:t>
      </w:r>
      <w:r w:rsidR="00276E4D">
        <w:rPr>
          <w:sz w:val="24"/>
          <w:szCs w:val="24"/>
          <w:lang w:val="nl-NL"/>
        </w:rPr>
        <w:t xml:space="preserve"> in rekening</w:t>
      </w:r>
      <w:r w:rsidR="00833669">
        <w:rPr>
          <w:sz w:val="24"/>
          <w:szCs w:val="24"/>
          <w:lang w:val="nl-NL"/>
        </w:rPr>
        <w:t xml:space="preserve"> gebrac</w:t>
      </w:r>
      <w:r w:rsidR="004E35E6">
        <w:rPr>
          <w:sz w:val="24"/>
          <w:szCs w:val="24"/>
          <w:lang w:val="nl-NL"/>
        </w:rPr>
        <w:t>ht)</w:t>
      </w:r>
    </w:p>
    <w:p w14:paraId="3B9BA691" w14:textId="77777777" w:rsidR="002C68AE" w:rsidRPr="006651DE" w:rsidRDefault="001549D5">
      <w:pPr>
        <w:rPr>
          <w:sz w:val="24"/>
          <w:szCs w:val="24"/>
          <w:lang w:val="nl-NL"/>
        </w:rPr>
      </w:pPr>
      <w:r w:rsidRPr="006651DE">
        <w:rPr>
          <w:b/>
          <w:sz w:val="24"/>
          <w:szCs w:val="24"/>
          <w:lang w:val="nl-NL"/>
        </w:rPr>
        <w:t>Ik verklaar dat ik deze toestemming geef uit vrije wil en dat ik volledig bevoegd ben om dit te doen.</w:t>
      </w:r>
    </w:p>
    <w:p w14:paraId="20F5EE2F" w14:textId="77777777" w:rsidR="00434FF7" w:rsidRPr="006651DE" w:rsidRDefault="00434FF7">
      <w:pPr>
        <w:rPr>
          <w:sz w:val="24"/>
          <w:szCs w:val="24"/>
          <w:lang w:val="nl-NL"/>
        </w:rPr>
      </w:pPr>
    </w:p>
    <w:p w14:paraId="41F2B1DD" w14:textId="5878C398" w:rsidR="002C68AE" w:rsidRDefault="001549D5">
      <w:pPr>
        <w:rPr>
          <w:sz w:val="24"/>
          <w:szCs w:val="24"/>
          <w:lang w:val="nl-NL"/>
        </w:rPr>
      </w:pPr>
      <w:r w:rsidRPr="00F543B8">
        <w:rPr>
          <w:sz w:val="24"/>
          <w:szCs w:val="24"/>
          <w:lang w:val="nl-NL"/>
        </w:rPr>
        <w:t xml:space="preserve">Plaats : </w:t>
      </w:r>
    </w:p>
    <w:p w14:paraId="60B3BAD2" w14:textId="77777777" w:rsidR="00F04B4C" w:rsidRPr="00F543B8" w:rsidRDefault="00F04B4C">
      <w:pPr>
        <w:rPr>
          <w:sz w:val="24"/>
          <w:szCs w:val="24"/>
          <w:lang w:val="nl-NL"/>
        </w:rPr>
      </w:pPr>
    </w:p>
    <w:p w14:paraId="169E3A56" w14:textId="57E3AC41" w:rsidR="002C68AE" w:rsidRPr="00F543B8" w:rsidRDefault="001549D5">
      <w:pPr>
        <w:rPr>
          <w:sz w:val="24"/>
          <w:szCs w:val="24"/>
          <w:lang w:val="nl-NL"/>
        </w:rPr>
      </w:pPr>
      <w:r w:rsidRPr="00F543B8">
        <w:rPr>
          <w:sz w:val="24"/>
          <w:szCs w:val="24"/>
          <w:lang w:val="nl-NL"/>
        </w:rPr>
        <w:t xml:space="preserve">Handtekening ouder/verzorger : </w:t>
      </w:r>
    </w:p>
    <w:sectPr w:rsidR="002C68AE" w:rsidRPr="00F543B8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3223343">
    <w:abstractNumId w:val="8"/>
  </w:num>
  <w:num w:numId="2" w16cid:durableId="1684740395">
    <w:abstractNumId w:val="6"/>
  </w:num>
  <w:num w:numId="3" w16cid:durableId="2120101317">
    <w:abstractNumId w:val="5"/>
  </w:num>
  <w:num w:numId="4" w16cid:durableId="226846749">
    <w:abstractNumId w:val="4"/>
  </w:num>
  <w:num w:numId="5" w16cid:durableId="1225481587">
    <w:abstractNumId w:val="7"/>
  </w:num>
  <w:num w:numId="6" w16cid:durableId="698042800">
    <w:abstractNumId w:val="3"/>
  </w:num>
  <w:num w:numId="7" w16cid:durableId="1757940786">
    <w:abstractNumId w:val="2"/>
  </w:num>
  <w:num w:numId="8" w16cid:durableId="2004359028">
    <w:abstractNumId w:val="1"/>
  </w:num>
  <w:num w:numId="9" w16cid:durableId="58295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971"/>
    <w:rsid w:val="0015074B"/>
    <w:rsid w:val="001549D5"/>
    <w:rsid w:val="00214F6A"/>
    <w:rsid w:val="002334D6"/>
    <w:rsid w:val="00276E4D"/>
    <w:rsid w:val="0029639D"/>
    <w:rsid w:val="002C1A15"/>
    <w:rsid w:val="002C68AE"/>
    <w:rsid w:val="00325C52"/>
    <w:rsid w:val="00326F90"/>
    <w:rsid w:val="00434FF7"/>
    <w:rsid w:val="00442A3B"/>
    <w:rsid w:val="004E35E6"/>
    <w:rsid w:val="005747FF"/>
    <w:rsid w:val="005F03DA"/>
    <w:rsid w:val="006651DE"/>
    <w:rsid w:val="006C7941"/>
    <w:rsid w:val="00773673"/>
    <w:rsid w:val="00805858"/>
    <w:rsid w:val="00833669"/>
    <w:rsid w:val="008A6FFB"/>
    <w:rsid w:val="00AA1D8D"/>
    <w:rsid w:val="00B47730"/>
    <w:rsid w:val="00B7445B"/>
    <w:rsid w:val="00BE397E"/>
    <w:rsid w:val="00C80C24"/>
    <w:rsid w:val="00CB0664"/>
    <w:rsid w:val="00F04B4C"/>
    <w:rsid w:val="00F04CCB"/>
    <w:rsid w:val="00F543B8"/>
    <w:rsid w:val="00F82BF6"/>
    <w:rsid w:val="00FC693F"/>
    <w:rsid w:val="00FE4F85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CF5EEE"/>
  <w14:defaultImageDpi w14:val="300"/>
  <w15:docId w15:val="{884EC110-A690-45F4-9CC0-6003CDB5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752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vtb-vrouwen-meiden</cp:lastModifiedBy>
  <cp:revision>6</cp:revision>
  <dcterms:created xsi:type="dcterms:W3CDTF">2026-06-23T15:06:00Z</dcterms:created>
  <dcterms:modified xsi:type="dcterms:W3CDTF">2026-07-02T07:55:00Z</dcterms:modified>
  <cp:category/>
</cp:coreProperties>
</file>